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והבנת הנקרא בטקסטים מנוקדים מארבעת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התאמה והשלמת משפטים בהתאם לתוכן 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וחשיבה על מה שנלמד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החורף: עונה קרה ומיוחדת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שבישראל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החורף: עונה קרה ומיוחדת – אוצר מילים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שהשכבות ישמרו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נראה ברק שהאיר את השמיים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החורף: עונה קרה ומיוחדת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החורף: עונה קרה ומיוחדת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(מאיר את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(נשמע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(נוצרות ברחוב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(עפים מארצות קרות בצפון)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הרפתקה ביער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הטיול היה ביער, לא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הרפתקה ביער – שאלות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הרפתקה ביער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הרפתקה ביער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הראשית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מתרחש הטיול)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(הממצא המוזר והמסתורי)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(יצאו יחד עם מאיה לטיול)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השוקולד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ולחות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הפולים עוברים תהליך ארוך של תסיסה, ייבוש, קלייה וטחינה לפני שהם הופכים לשוקולד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התרמילים גדלים ישירות על הגזע והענפים של עץ הקקאו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מסע השוקולד – משלימים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תסיסה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מסע השוקולד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הפולים צריכים לעבור תסיסה, ייבוש, קלייה וטחינה לפני שהם הופכים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משפחות מילים ושורשים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כתב, מכתב, כתיבה – כולן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שייך לשורש ר-ק-ד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משפחות מילים ושורשים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משפחות מילים ושורשים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משפחות מילים ושורשים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(נגן)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וחשיבה בעקבות הסיפורים – התאמה: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(שורש 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(שורש ש-א-ל)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משחקים וחשיבה בעקבות הסיפורים – השלמת חסר מהסיפור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משחקים וחשיבה בעקבות הסיפורים – מה קודם למה? סדר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ומביטה בחלון / תמר מתלבשת בשכבות חמות / איתן מחכה לה עם מטרייה צהובה / הם רואים ברק ושומעים רעם / הם קופצים בשלוליות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וכרטיס יציאה – זוכרים את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ראו ברק ושמעו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אותיות השורש של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 וכרטיס יציאה – מחברים בין העולמות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(ברקים, רעמים וגשם)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(טיול ומכשיר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(עץ הקקאו וקוביית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(אותיות השורש של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לתוכן אחד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אחד הטקסטים עם הסבר נכון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אותיות שורש במילה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כך שהחוברת תספיק לכמה שיעורים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(עם או בלי ניקוד מלא) לפי כיתה ורמת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להתמקד במשחקי המיון וההתאמה ולדלג על התפזורת והתשבץ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לעולם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תפגשו ארבעה עולמות קריאה שונים: חורף, יער, שוקולד ומשפחות מילים. עברו על הפרקים לפי הסדר, קראו כל קטע בעיון ופתרו את התרגילים בכתב יד 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למד  ·  גשמים  ·  קול  ·  תרמיל  ·  נגן  ·  מסתורי  ·  צעיף  ·  יער  ·  דצמבר  ·  תסיסה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החורף: עונה קרה ומיוחדת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התעוררה בבוקר אחד בחודש דצמבר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רותי אמרה שבישראל החורף הוא עונת השלג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איתן חיכה לתמר עם מטריה צהובה ענקית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החורף: עונה קרה ומיוחדת – אוצר מילים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תמר לבשה כמה שכבות בגדים?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שהשכבות ישמרו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לפני שנשמע 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נראה ברק שהאיר את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הגיעו עגורים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החורף: עונה קרה ומיוחדת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כרכה __________ וחבשה כובע צמר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האור מהיר הרבה יותר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החורף: עונה קרה ומיוחדת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נשמע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עפים מארצות קרות בצפון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מאיר את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נוצרות ברחוב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הרפתקה ביער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וחבריה יצאו לטיול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וחבריה מצאו ביער מכשיר מוזר ומסתורי.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הרפתקה ביער – שאלות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לאן יצאו מאיה וחבריה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מצאו מאיה וחבריה במהלך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 פורח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אוצר 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הרפתקה ביער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וחבריה יצאו לטיול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המכשיר שמצאו מאיה וחבריה היה מוזר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הרפתקה ביער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יצאו יחד עם מאיה לטיול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הממצא המוזר והמסתורי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הדמות הראשית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המקום שבו מתרחש הטיול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מסע השוקולד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הקקאו גדל באזורים חמים וטרופיים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לאכול שוקולד ישירות מהעץ, בלי שום עיבוד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פולי הקקאו נמצאים בתוך תרמיל שגדל על גזע העץ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מסע השוקולד – משלימים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פולי הקקאו גדלים בתוך __________ שגדל על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הקטיף, הפולים עוברים תהליך __________ וייבוש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מסע השוקולד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אי אפשר לאכול שוקולד ישר מהעץ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משפחות מילים ושורשים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"מכתב"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"ריקוד" שייכת למשפחת השורש ש-מ-ר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משפחות מילים ושורשים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"תלמיד"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"מנגן"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משפחות מילים ושורשים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"שחקן"?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משפחות מילים ושורשים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משחקים וחשיבה בעקבות הסיפורים – התאמה: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שורש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שורש ש-א-ל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רקדן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שורש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שורש ל-מ-ד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משחקים וחשיבה בעקבות הסיפורים – השלמת חסר מהסיפור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התעוררה בוקר אחד בחודש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סבתא רותי הסבירה שבישראל החורף הוא עונת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משחקים וחשיבה בעקבות הסיפורים – מה קודם למה? סדר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מתעוררת ומביטה בחלון / תמר מתלבשת בשכבות חמות / איתן מחכה לה עם מטרייה צהובה / הם רואים ברק ושומעים רעם / הם קופצים בשלוליות קטנות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 וכרטיס יציאה – זוכרים את 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עולמות קריאה יש בסדרה (לא כולל העולם החדש שנפתח בנפרד)?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בסיפור על תמר, מה קרה בשמיים בזמן הסופה?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ראו קשת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ראו ברק ושמעו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בעולם משפחות מילים ושורשים לומדים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שמות של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אותיות השורש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סוגי מזג 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 וכרטיס יציאה – מחברים בין העולמות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החורף – עונה קרה ומיוחדת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אותיות השורש של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עץ הקקאו וקוביית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טיול ומכשיר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משפחות מילים ושורשים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ברקים, רעמים וגשם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עולם מתוך הארבעה היה לי הכי מעניין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מילה חדשה למדתי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ונהנים: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