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קוראים ונהנים: 4 עולמות בניקוד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והבנת הנקרא בטקסטים מנוקדים מארבעת העולמות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ולזהות שורשים ומשפחות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מיון, התאמה והשלמת משפטים בהתאם לתוכן כל 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כתיבה יצירתית וחשיבה על מה שנלמד בכל 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החורף: עונה קרה ומיוחדת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בתחילת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סבתא אמרה שבישראל החורף הוא עונת הגשמים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סבתא הזהירה לקפוץ רק בשלוליות קטנות, לא ליד נחל שוטף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החורף: עונה קרה ומיוחדת – אוצר מילים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שהשכבות ישמרו על חום 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נראה ברק שהאיר את השמיים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הסערה רחוקה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החורף: עונה קרה ומיוחדת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צעיף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החורף: עונה קרה ומיוחדת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(מאיר את השמיים)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(נשמע אחרי הברק)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(נוצרות ברחוב מהגשם)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(עפים מארצות קרות בצפון)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הרפתקה ביער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הטיול היה ביער, לא 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מספר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מאיה יצאה לטיול יחד עם חבריה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הרפתקה ביער – שאלות וזיהוי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מכשיר מוזר ומסתורי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הרפתקה מסתורית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הרפתקה ביער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מסתורי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הרפתקה ביער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(הדמות הראשית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(המקום שבו מתרחש הטיול)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(הממצא המוזר והמסתורי)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(יצאו יחד עם מאיה לטיול)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מסע השוקולד – מה זכרתם?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עץ הקקאו זקוק לאקלים חם ולחות כדי לגדול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הפולים עוברים תהליך ארוך של תסיסה, ייבוש, קלייה וטחינה לפני שהם הופכים לשוקולד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התרמילים גדלים ישירות על הגזע והענפים של עץ הקקאו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הקלייה נותנת לפולים את הטעם והריח האופייניים לשוקולד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מסע השוקולד – משלימים את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תרמיל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תסיסה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עיסת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קוביות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מסע השוקולד – חושבים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הפולים צריכים לעבור תסיסה, ייבוש, קלייה וטחינה לפני שהם הופכים לשוקולד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קטיף התרמילים, תסיסה וייבוש, קלייה וטחינה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- למשל כדי לפתח טעם וריח של 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פתוחה הכוללת לפחות שני שלבים מהתהליך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משפחות מילים ושורשים – זיהוי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כתב, מכתב, כתיבה – כולן מאותו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ריקוד שייך לשורש ר-ק-ד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משפחות מילים ושורשים – השלמת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משפחות מילים ושורשים –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משפחות מילים ושורשים – התאמת מילים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(שמר)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(למד)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(נגן)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(אכל)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משחקים וחשיבה בעקבות הסיפורים – התאמה: מילים ושורשים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(שורש כ-ת-ב)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(שורש ל-מ-ד)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(שורש ר-ק-ד)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(שורש ש-א-ל)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(שורש ש-מ-ר)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משחקים וחשיבה בעקבות הסיפורים – השלמת חסר מהסיפור על החורף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דצמבר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כנרת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משחקים וחשיבה בעקבות הסיפורים – מה קודם למה? סדר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תמר מתעוררת ומביטה בחלון / תמר מתלבשת בשכבות חמות / איתן מחכה לה עם מטרייה צהובה / הם רואים ברק ושומעים רעם / הם קופצים בשלוליות קטנות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פולי הקקאו גדלים על העץ / קוטפים ומוציאים את הפולים / מייבשים וקולים את הפולים / טוחנים את הפולים לעיסה / מכינים ממנה קובייה של 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מאיה וחבריה יוצאים לטיול ביער / הם הולכים בין העצים / הם מוצאים מכשיר מוזר ומסתורי / הם מנסים להבין מה המכשיר עושה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קוראים את המילה בעיון / מזהים את אותיות השורש בתוך המילה / מחפשים מילים נוספות מאותו השורש / מרכיבים יחד משפחת מילים שלמה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סיכום וכרטיס יציאה – זוכרים את ארבעת העולמות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ראו ברק ושמעו 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אותיות השורש של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מכשיר מוזר ומסתורי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מעץ הקקאו עד קובית השוקולד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סיכום וכרטיס יציאה – מחברים בין העולמות לתוכן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(ברקים, רעמים וגשם)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(טיול ומכשיר מסתורי)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(עץ הקקאו וקוביית שוקולד)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(אותיות השורש של מילים)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הקשור לתוכן אחד העולמות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מתוך אחד הטקסטים עם הסבר נכון למשמעותה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שלוש אותיות שורש במילה מהחוברת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פרק אחד בכל שיעור, כך שהחוברת תספיק לכמה שיעורים ברצף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רמת הטקסטים (עם או בלי ניקוד מלא) לפי כיתה ורמת הקוראים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להתמקד במשחקי המיון וההתאמה ולדלג על התפזורת והתשבץ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פרק בכרטיס יציאה קצר כדי לבדוק הבנה לפני המעבר לעולם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קוראים ונהנים: 4 עולמות בניקוד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יש ארבעה סיפורים: חורף, יער, שוקולד ומילים. קוראים כל סיפור לאט ועונים על השאלות.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 ארבע אותיות שחוזרות בכל מילה מאותה משפחה, כמו כ-ת-ב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שונות שנבנות מאותו שורש, כמו כתב, כתיבה, מכתב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הבנת הנקרא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הבנה של תוכן הסיפור או הטקסט אחרי קריאה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אוצר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חדשות שלומדים ומבינים את משמעותן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סידור מילים או תמונות לקבוצות לפי כלל משותף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חיבור בין שני פריטים שקשורים זה לזה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תפזורת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שבו מחפשים מילים מוסתרות בתוך ריבוע אותיות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תשבץ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שבו משלימים מילים לפי הגדרות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החורף: עונה קרה ומיוחדת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התעוררה בבוקר אחד בחודש דצמבר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סבתא רותי אמרה שבישראל החורף הוא עונת השלג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איתן חיכה לתמר עם מטריה צהובה ענקית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ואיתן קפצו בשלוליות גדולות ליד נחל שוטף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החורף: עונה קרה ומיוחדת – אוצר מילים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לובשים כמה שכבות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להיראות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שהשכבות ישמרו על חום הגוף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לרוץ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להישאר רק יבשים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קרה קודם, ברק או רעם?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ירד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נראה ברק שהאיר את השמיים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הגיעו עגורים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תמר יצאה מהבית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אומר מספר גבוה של שניות בין ברק לרעם?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הסערה קרובה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הסערה רחוקה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יירד שלג בקרוב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הרעם לא יישמע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החורף: עונה קרה ומיוחדת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 כרכה __________ וחבשה כובע צמר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האור מהיר הרבה יותר מה__________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החורף: עונה קרה ומיוחדת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נוצרות ברחוב מהגשם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עפים מארצות קרות בצפון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שלוליות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מאיר את השמיים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עגורים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נשמע אחרי הברק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הרפתקה ביער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וחבריה יצאו לטיול 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וחבריה מצאו ביער מכשיר מוזר ומסתורי.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טיילה לבדה ביער, בלי חברים.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הרפתקה ביער – שאלות וזיהוי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קרה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הם גילו ביער?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כדור פורח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מכשיר מוזר ומסתורי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אוצר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עתיק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אפשר לתאר את הטיול?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משעמם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הרפתקה מסתורית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קצר מדי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הרפתקה ביער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מאיה וחבריה יצאו לטיול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המכשיר שמצאו מאיה וחבריה היה מוזר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הרפתקה ביער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מאיה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יצאו יחד עם מאיה לטיול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היער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הממצא המוזר והמסתורי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המכשיר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הדמות הראשית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החברים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המקום שבו מתרחש הטיול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מסע השוקולד – מה זכרתם?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עץ הקקאו גדל באזורים חמים וטרופיים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לאכול שוקולד ישירות מהעץ, בלי שום עיבוד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פולי הקקאו נמצאים בתוך תרמיל שגדל על גזע העץ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להכין שוקולד, קולים (מחממים) את פולי הקקאו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מסע השוקולד – משלימים את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פולי הקקאו גדלים בתוך __________ שגדל על עץ הקקאו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הקטיף, הפולים עוברים תהליך __________ וייבוש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שיהיה לפולים טעם שוקולד, מחממים אותם בתהליך שנקרא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הקלייה טוחנים את הפולים ומקבלים __________ שוקולד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לבסוף מוסיפים סוכר וחלב, ויוצרים __________ שוקולד מוכנות לאכילה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מסע השוקולד – חושבים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אי אפשר לאכול שוקולד ישר מהעץ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שלושה שלבים בדרך מהעץ אל קובית השוקולד, לפי הסדר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לדעתכם צריך לקלות את הפולים לפני הטחינה? כתבו השערה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דמיינו שאתם כותבים לחבר ומסבירים לו מאיפה מגיע השוקולד שהוא אוהב. כתבו 2-3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משפחות מילים ושורשים – זיהוי 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"מכתב" שייכת למשפחת השורש כ-ת-ב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"ריקוד" שייכת למשפחת השורש ש-מ-ר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משפחות מילים ושורשים – השלמת 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"תלמיד"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השורש של המילה "מנגן"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משפחות מילים ושורשים –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את שלוש אותיות השורש במילה שחקן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משפחות מילים ושורשים – התאמת מילים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נגן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לומד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מנגן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למד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שמר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משחקים וחשיבה בעקבות הסיפורים – התאמה: מילים ושורשים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שורש ל-מ-ד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לומדת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שורש ר-ק-ד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רקדן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שורש ש-א-ל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שורש ש-מ-ר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שמירה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שורש כ-ת-ב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משחקים וחשיבה בעקבות הסיפורים – השלמת חסר מהסיפור על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 התעוררה בוקר אחד בחודש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סבתא רותי הסבירה שבישראל החורף הוא עונת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לדעת כמה רחוקה הסערה סופרים את הזמן בין ה__________ לרעם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 הגשם ממלאים את ה__________, מקור מים חשוב בישראל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משחקים וחשיבה בעקבות הסיפורים – מה קודם למה? סדר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המילה בעיון / מזהים את אותיות השורש בתוך המילה / מחפשים מילים נוספות מאותו השורש / מרכיבים יחד משפחת מילים שלמה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וחבריה יוצאים לטיול ביער / הם הולכים בין העצים / הם מוצאים מכשיר מוזר ומסתורי / הם מנסים להבין מה המכשיר עושה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פולי הקקאו גדלים על העץ / קוטפים ומוציאים את הפולים / מייבשים וקולים את הפולים / טוחנים את הפולים לעיסה / מכינים ממנה קובייה של שוקולד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מתעוררת ומביטה בחלון / תמר מתלבשת בשכבות חמות / איתן מחכה לה עם מטרייה צהובה / הם רואים ברק ושומעים רעם / הם קופצים בשלוליות קטנות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סיכום וכרטיס יציאה – זוכרים את ארבעת העולמות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עולמות קריאה יש בסדרה?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קרה בשמיים בסיפור על תמר?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ראו קשת בענן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ראו ברק ושמעו רעם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ירד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ראו שמש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בעולם משפחות מילים ושורשים לומדים בעיקר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שמות של 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אותיות השורש של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סוגי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כללי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בסיפור הרפתקה ביער, מה מוצאים מאיה וחבריה?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מפה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מכשיר מוזר ומסתורי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חיה נדירה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אוצר של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עולם מסע השוקולד מספר על הדרך...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מעץ הקקאו עד קובית השוקולד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מהחיטה עד הלחם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מהחלב עד הגבינה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מהכותנה עד הבד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סיכום וכרטיס יציאה – מחברים בין העולמות לתוכן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החורף – עונה קרה ומיוחדת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טיול ומכשיר מסתורי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הרפתקה ביער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ברקים, רעמים וגשם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מסע השוקולד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אותיות השורש של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משפחות מילים ושורשים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עץ הקקאו וקוביית שוקולד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עולם מתוך הארבעה היה לי הכי מעניין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מילה חדשה למדתי ומה פירושה?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למצוא שורש במילה? תן/י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קוראים ונהנים: 4 עולמות בניקוד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