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ונהנים: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והבנת הנקרא בטקסטים מנוקדים מארבעת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התאמה והשלמת משפטים בהתאם לתוכן 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יצירתית וחשיבה על מה שנלמד בכל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החורף: עונה קרה ומיוחדת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אמרה שבישראל החורף הוא עונת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סבתא הזהירה לקפוץ רק בשלוליות קטנות, לא ליד נחל שוטף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החורף: עונה קרה ומיוחדת – אוצר מילים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שהשכבות ישמרו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נראה ברק שהאיר את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הסערה רחוקה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החורף: עונה קרה ומיוחדת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החורף: עונה קרה ומיוחדת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(מאיר את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(נשמע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(נוצרות ברחוב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(עפים מארצות קרות בצפון)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הרפתקה ביער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הטיול היה ביער, לא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מספר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מאיה יצאה לטיול יחד עם חבריה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הרפתקה ביער – שאלות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הרפתקה מסתורית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הרפתקה ביער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הרפתקה ביער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(הדמות הראשית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(המקום שבו מתרחש הטיול)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(הממצא המוזר והמסתורי)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(יצאו יחד עם מאיה לטיול)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מסע השוקולד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זקוק לאקלים חם ולחות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הפולים עוברים תהליך ארוך של תסיסה, ייבוש, קלייה וטחינה לפני שהם הופכים לשוקולד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התרמילים גדלים ישירות על הגזע והענפים של 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הקלייה נותנת לפולים את הטעם והריח האופייניים לשוקולד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מסע השוקולד – משלימים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מסע השוקולד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הפולים צריכים לעבור תסיסה, ייבוש, קלייה וטחינה לפני שהם הופכים לשוקולד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קטיף התרמילים, תסיסה וייבוש, קלייה וטחינה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 כדי לפתח טעם וריח של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הכוללת לפחות שני שלבים מהתהליך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משפחות מילים ושורשים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כתב, מכתב, כתיבה – כולן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ריקוד שייך לשורש ר-ק-ד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משפחות מילים ושורשים – השלמת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משפחות מילים ושורשים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משפחות מילים ושורשים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משחקים וחשיבה בעקבות הסיפורים – התאמה: מילים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(שורש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(שורש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(שורש 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(שורש ש-א-ל)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(שורש ש-מ-ר)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משחקים וחשיבה בעקבות הסיפורים – השלמת חסר מהסיפור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משחקים וחשיבה בעקבות הסיפורים – מה קודם למה? סדר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מתעוררת ומביטה בחלון / תמר מתלבשת בשכבות חמות / איתן מחכה לה עם מטרייה צהובה / הם רואים ברק ושומעים רעם / הם קופצים בשלוליות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 הקקאו גדלים על העץ / קוטפים ומוציאים את הפולים / מייבשים וקולים את הפולים / טוחנים את הפולים לעיסה / מכינים ממנה קובייה של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וחבריה יוצאים לטיול ביער / הם הולכים בין העצים / הם מוצאים מכשיר מוזר ומסתורי / הם מנסים להבין מה המכשיר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המילה בעיון / מזהים את אותיות השורש בתוך המילה / מחפשים מילים נוספות מאותו השורש / מרכיבים יחד משפחת מילים 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וכרטיס יציאה – זוכרים את ארבעת העולמות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ראו ברק ושמעו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אותיות השורש של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מעץ הקקאו עד קובית השוקולד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 וכרטיס יציאה – מחברים בין העולמות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(ברקים, רעמים וגשם)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(טיול ומכשיר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(עץ הקקאו וקוביית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(אותיות השורש של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הקשור לתוכן אחד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אחד הטקסטים עם הסבר נכון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שלוש אותיות שורש במילה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כך שהחוברת תספיק לכמה שיעורים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הטקסטים (עם או בלי ניקוד מלא) לפי כיתה ורמת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להתמקד במשחקי המיון וההתאמה ולדלג על התפזורת והתשבץ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קצר כדי לבדוק הבנה לפני המעבר לעולם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ונהנים: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תפגשו ארבעה עולמות קריאה שונים: חורף, יער, שוקולד ומשפחות מילים. עברו על הפרקים לפי הסדר, קראו כל קטע בעיון ופתרו את התרגילים בכתב יד ברור.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החורף: עונה קרה ומיוחדת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התעוררה בבוקר אחד בחודש דצמבר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רותי אמרה שבישראל החורף הוא עונת השלג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חיכה לתמר עם מטריה צהובה ענקית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ואיתן קפצו בשלוליות גדולות ליד נחל שוטף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החורף: עונה קרה ומיוחדת – אוצר מילים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תמר לבשה כמה שכבות בגדים?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שהשכבות ישמרו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להישאר רק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לפני שנשמע הרעם?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נראה ברק שהאיר את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הגיעו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 יצאה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ככל שסופרים יותר שניות בין הברק לרעם – מה זה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הסערה קרובה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הסערה רחוקה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יירד שלג בקרוב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הרעם לא יישמע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החורף: עונה קרה ומיוחדת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כרכה __________ וחבשה כובע צמר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האור מהיר הרבה יותר מה__________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החורף: עונה קרה ומיוחדת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נוצרות ברחוב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מאיר את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עפים מארצות קרות בצפון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נשמע אחרי הברק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הרפתקה ביער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יצאו לטיול 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מצאו ביער מכשיר מוזר ומסתורי.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טיילה לבדה ביער, בלי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הרפתקה ביער – שאלות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יצאו מאיה וחבריה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מצאו מאיה וחבריה במהלך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פורח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שם הסיפור, איזו מילה הכי מתאימה לתיאור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הרפתקה מסתורית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קצר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הרפתקה ביער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וחבריה יצאו לטיול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המכשיר שמצאו מאיה וחבריה היה מוזר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הרפתקה ביער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יצאו יחד עם מאיה לטיול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הדמות הראשית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מתרחש הטיול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הממצא המוזר והמסתורי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מסע השוקולד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באזורים חמים וטרופיים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לאכול שוקולד ישירות מהעץ, בלי שום עיבוד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נמצאים בתוך תרמיל שגדל על גזע העץ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להכין שוקולד, קולים (מחממים) את פולי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מסע השוקולד – משלימים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פולי הקקאו גדלים בתוך __________ שגדל על עץ הקקאו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הקטיף, הפולים עוברים תהליך __________ וייבוש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שיהיה לפולים טעם שוקולד, מחממים אותם בתהליך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הקלייה טוחנים את הפולים ומקבלים __________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לבסוף מוסיפים סוכר וחלב, ויוצרים __________ שוקולד מוכנות לאכילה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מסע השוקולד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אי אפשר לאכול שוקולד ישר מהעץ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שלבים בדרך מהעץ אל קובית השוקולד, לפי הסדר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צריך לקלות את הפולים לפני הטחינה? כתבו השערה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כותבים לחבר ומסבירים לו מאיפה מגיע השוקולד שהוא אוהב.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משפחות מילים ושורשים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"מכתב" שייכת למשפחת השורש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"ריקוד" שייכת למשפחת השורש ש-מ-ר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משפחות מילים ושורשים – השלמת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"תלמיד"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"מנגן"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משפחות מילים ושורשים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"שחקן"?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משפחות מילים ושורשים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משחקים וחשיבה בעקבות הסיפורים – התאמה: מילים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שורש ש-א-ל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רקדן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שורש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שורש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משחקים וחשיבה בעקבות הסיפורים – השלמת חסר מהסיפור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התעוררה בוקר אחד בחודש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רותי הסבירה שבישראל החורף הוא עונת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כמה רחוקה הסערה סופרים את הזמן בין ה__________ לרעם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הגשם ממלאים את ה__________, מקור מים חשוב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משחקים וחשיבה בעקבות הסיפורים – מה קודם למה? סדר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גדלים על העץ / קוטפים ומוציאים את הפולים / מייבשים וקולים את הפולים / טוחנים את הפולים לעיסה / מכינים ממנה קובייה של 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יוצאים לטיול ביער / הם הולכים בין העצים / הם מוצאים מכשיר מוזר ומסתורי / הם מנסים להבין מה המכשיר עושה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בעיון / מזהים את אותיות השורש בתוך המילה / מחפשים מילים נוספות מאותו השורש / מרכיבים יחד משפחת מילים 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מתעוררת ומביטה בחלון / תמר מתלבשת בשכבות חמות / איתן מחכה לה עם מטרייה צהובה / הם רואים ברק ושומעים רעם / הם קופצים בשלוליות קטנות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 וכרטיס יציאה – זוכרים את ארבעת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עולמות קריאה יש בסדרה (לא כולל העולם החדש שנפתח בנפרד)?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 על תמר, מה קרה בשמיים בזמן הסופה?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ראו קשת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ראו ברק ושמעו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ראו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בעולם משפחות מילים ושורשים לומדים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 של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אותיות השורש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סוגי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כללי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בסיפור הרפתקה ביער, מה מוצאים מאיה וחבריה?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נדירה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אוצר של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עולם מסע השוקולד מספר על הדרך...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 הקקאו עד קובית השוקולד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מהחיטה עד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מהחלב עד הגבינה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מהכותנה עד הבד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 וכרטיס יציאה – מחברים בין העולמות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 – עונה קרה ומיוחדת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אותיות השורש של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עץ הקקאו וקוביית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טיול ומכשיר 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משפחות מילים ושורשים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ברקים, רעמים וגשם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עולם מתוך הארבעה היה לי הכי מעניין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למדתי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למצוא שורש במילה? תן/י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ונהנים: 4 עולמות בניקוד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